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 w:eastAsia="Arial" w:hint="cs"/>
          <w:sz w:val="96"/>
          <w:szCs w:val="96"/>
          <w:rtl/>
        </w:rPr>
        <w:t>📘</w:t>
      </w:r>
    </w:p>
    <w:p>
      <w:pPr>
        <w:bidi/>
        <w:pStyle w:val="Title"/>
        <w:jc w:val="center"/>
      </w:pPr>
      <w:r>
        <w:rPr>
          <w:rFonts w:ascii="Arial" w:hAnsi="Arial" w:cs="Arial" w:eastAsia="Arial" w:hint="cs"/>
          <w:b/>
          <w:color w:val="4B2BA8"/>
          <w:sz w:val="52"/>
          <w:szCs w:val="52"/>
          <w:bCs/>
          <w:rtl/>
        </w:rPr>
        <w:t>חוברת 2 – מאגר טקסטים לכיתה ז׳</w:t>
      </w:r>
    </w:p>
    <w:p>
      <w:pPr>
        <w:bidi/>
        <w:jc w:val="center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הבנת הנקרא · טקסטים 11–20 · גרסה: חנ״מ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6A3FD4"/>
          <w:sz w:val="28"/>
          <w:szCs w:val="28"/>
          <w:bCs/>
          <w:rtl/>
        </w:rPr>
        <w:t>תוכן העניינים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📝 מאה זה לא הכול: מכתב פתוח על לחץ הציונים (טור דעה)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🎧 האוזניות כמקלט: למה בני נוער מקשיבים למוזיקה כשקשה? (כתבה)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🗣️ הורים, תקשיבו רגע (וגם אנחנו) (טור דעה)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🕯️ 25 שעות בלי מסך: מה קורה כשהטלפון נח? (כתבה)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🏳️ "בסניף אני אני": ראיון עם מדריכה בתנועת נוער (ראיון)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6. 🎮 יומן של גיימר: שבוע אחד, שלושה שלבים ומבחן בהיסטוריה (סיפור קצר)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7. 📦 הקופסה של סבתא חנה (סיפור קצר)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8. 🃏 קלפים, סיכות ומטבעות: למה ילדים חוזרים לאסוף? (כתבה)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9. 🥪 מה יש בקופסה? כריך מהבית מול מזנון בית הספר (טקסט מידעי)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10. 🎤 הלב דופק, הקול רועד: איך מתמודדים עם פחד קהל? (טקסט מידעי)</w:t>
      </w:r>
    </w:p>
    <w:p>
      <w:pPr>
        <w:bidi/>
        <w:jc w:val="center"/>
      </w:pPr>
      <w:r>
        <w:rPr>
          <w:rFonts w:ascii="Arial" w:hAnsi="Arial" w:cs="Arial" w:eastAsia="Arial" w:hint="cs"/>
          <w:color w:val="777777"/>
          <w:sz w:val="22"/>
          <w:szCs w:val="22"/>
          <w:rtl/>
        </w:rPr>
        <w:t>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📘 מהדורה למורה – מפתח תשובות לחוברת 2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מפתח התשובות לכל עשרת הטקסטים מרוכז כאן. דפי התלמיד מתחילים אחרי המפתח. מחוון לשאלות עמדה: עמדה ברורה – 2 · נימוק – 3 · הוכחה/דוגמה – 3 · לשון ומבנה – 2.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📝 מאה זה לא הכול: מכתב פתוח על לחץ הציונים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כמה קיבל עידו במבחן?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92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100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50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92.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כשיש הרבה לחץ?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קשה לישון וקשה לחשוב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לומדים יותר טוב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שמחים מאוד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קשה לישון וקשה לחשוב.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הצעה אחת של הכותב. – </w:t>
      </w:r>
      <w:r>
        <w:rPr>
          <w:rFonts w:ascii="Arial" w:hAnsi="Arial" w:cs="Arial" w:eastAsia="Arial" w:hint="cs"/>
          <w:sz w:val="28"/>
          <w:szCs w:val="28"/>
          <w:rtl/>
        </w:rPr>
        <w:t>לא לשאול "כמה קיבלת?" / לשאול "מה למדת?" / משפט של משוב על המבחן.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ציון לא מודד, לפי הכותב? – </w:t>
      </w:r>
      <w:r>
        <w:rPr>
          <w:rFonts w:ascii="Arial" w:hAnsi="Arial" w:cs="Arial" w:eastAsia="Arial" w:hint="cs"/>
          <w:sz w:val="28"/>
          <w:szCs w:val="28"/>
          <w:rtl/>
        </w:rPr>
        <w:t>כמה אני חכם / חבר טוב / מה אהיה.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"לפני מבחן אני מרגיש/ה ___, ומה שעוזר לי זה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_______ מודד מבחן אחד, ביום אחד.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(ציון)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ה_______ מגיע משלושה מקומות: מאיתנו, מההשוואה לחברים, ומהמבוגרים.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(לחץ)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_______ ישאלו קודם "מה למדת?".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(הורים)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עידו קיבל 92 ב_______.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(מבחן)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🎧 האוזניות כמקלט: למה בני נוער מקשיבים למוזיקה כשקשה?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עושה יונתן כשקשה לו?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הולך לישון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צועק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שומע שירים באוזניות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שומע שירים באוזניות.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עושה קצב איטי?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מרגיע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מכאיב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מעייף מאוד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מרגיע.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על איזה כלי ניגנה מיכל? – </w:t>
      </w:r>
      <w:r>
        <w:rPr>
          <w:rFonts w:ascii="Arial" w:hAnsi="Arial" w:cs="Arial" w:eastAsia="Arial" w:hint="cs"/>
          <w:sz w:val="28"/>
          <w:szCs w:val="28"/>
          <w:rtl/>
        </w:rPr>
        <w:t>גיטרה.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עושים אם העצב לא עובר? – </w:t>
      </w:r>
      <w:r>
        <w:rPr>
          <w:rFonts w:ascii="Arial" w:hAnsi="Arial" w:cs="Arial" w:eastAsia="Arial" w:hint="cs"/>
          <w:sz w:val="28"/>
          <w:szCs w:val="28"/>
          <w:rtl/>
        </w:rPr>
        <w:t>מדברים עם מבוגר שסומכים עליו.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"שיר שעושה לי טוב הוא שיר ש___."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_______ שאוהבים מפעילה במוח אזור של הנאה.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(מוזיקה)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מיכל התחילה _______ בגיטרה אחרי שסבתא שלה נפטרה.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(לנגן)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אם ה_______ לא עובר – מדברים עם מבוגר.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(עצב)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כשקשה לו, הוא שם _______ ושומע שלושה שירים.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(אוזניות)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🗣️ הורים, תקשיבו רגע (וגם אנחנו)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הילדים עונים כששואלים "איך היה?"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"בסדר"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"לא יודע מה זה בית ספר"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"מעולה, הנה כל הפרטים"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"בסדר".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למה ההורים שואלים הרבה שאלות?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כי אין להם מה לעשות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כי הם דואגים ורוצים להיות קרובים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כי הם כועסים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כי הם דואגים ורוצים להיות קרובים.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מתי קל לכותבת לדבר? – </w:t>
      </w:r>
      <w:r>
        <w:rPr>
          <w:rFonts w:ascii="Arial" w:hAnsi="Arial" w:cs="Arial" w:eastAsia="Arial" w:hint="cs"/>
          <w:sz w:val="28"/>
          <w:szCs w:val="28"/>
          <w:rtl/>
        </w:rPr>
        <w:t>בלילה לפני השינה / בנסיעה באוטו.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למה הכותבת משווה את השיחה? – </w:t>
      </w:r>
      <w:r>
        <w:rPr>
          <w:rFonts w:ascii="Arial" w:hAnsi="Arial" w:cs="Arial" w:eastAsia="Arial" w:hint="cs"/>
          <w:sz w:val="28"/>
          <w:szCs w:val="28"/>
          <w:rtl/>
        </w:rPr>
        <w:t>לגשר.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"אני אוהב/ת לדבר עם ההורים כש___."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ההורים שואלים: "איך היה?" והילדים עונים: "_______".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(בסדר)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כי הם _______, וקרו הרבה דברים ביום.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(עייפים)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_______ בלי לתקן מיד.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(להקשיב)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השיחה היא כמו _______: כל צד בונה חצי.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(גשר)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לפעמים הם גם מפחדים מהתגובה של ה_______.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(הורים)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🕯️ 25 שעות בלי מסך: מה קורה כשהטלפון נח?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כמה שעות נמשכת השבת?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25 שעות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5 שעות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100 שעות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25 שעות.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אליה אוהב בשבת?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לשחק במחשב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זמן עם המשפחה בלי טלפון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לישון כל היום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זמן עם המשפחה בלי טלפון.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עשתה שקד עם המשפחה? – </w:t>
      </w:r>
      <w:r>
        <w:rPr>
          <w:rFonts w:ascii="Arial" w:hAnsi="Arial" w:cs="Arial" w:eastAsia="Arial" w:hint="cs"/>
          <w:sz w:val="28"/>
          <w:szCs w:val="28"/>
          <w:rtl/>
        </w:rPr>
        <w:t>פאזל.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איך הרגיש רז? – </w:t>
      </w:r>
      <w:r>
        <w:rPr>
          <w:rFonts w:ascii="Arial" w:hAnsi="Arial" w:cs="Arial" w:eastAsia="Arial" w:hint="cs"/>
          <w:sz w:val="28"/>
          <w:szCs w:val="28"/>
          <w:rtl/>
        </w:rPr>
        <w:t>מנותק מהחברים.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"ביום בלי מסך הייתי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חלקם שומרים _______ ולא משתמשים בטלפון 25 שעות.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(שבת)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אחרים אף פעם לא עשו יום בלי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(מסך)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שקד עשתה פאזל עם כל ה_______.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(משפחה)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הוא אוהב את השבת: _______ עם האחים, ארוחה משפחתית, ושיחה בלי "רגע, אני עונה".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(משחקים)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אליה אמר: "הטלפון לא צריך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(מנוחה)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🏳️ "בסניף אני אני": ראיון עם מדריכה בתנועת נוער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בת כמה רעות?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10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16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30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16.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אין בסניף?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חברים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משחקים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ציונים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ציונים.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ממה פחדה רעות בפעולה הראשונה? – </w:t>
      </w:r>
      <w:r>
        <w:rPr>
          <w:rFonts w:ascii="Arial" w:hAnsi="Arial" w:cs="Arial" w:eastAsia="Arial" w:hint="cs"/>
          <w:sz w:val="28"/>
          <w:szCs w:val="28"/>
          <w:rtl/>
        </w:rPr>
        <w:t>מהרעש.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עשתה רעות לילד שהפסיק לבוא? – </w:t>
      </w:r>
      <w:r>
        <w:rPr>
          <w:rFonts w:ascii="Arial" w:hAnsi="Arial" w:cs="Arial" w:eastAsia="Arial" w:hint="cs"/>
          <w:sz w:val="28"/>
          <w:szCs w:val="28"/>
          <w:rtl/>
        </w:rPr>
        <w:t>התקשרה אליו ונתנה לו תפקיד.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"מקום שבו אני מרגיש/ה 'אני' הוא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ב_______ אין ציונים.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(סניף)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ב_______ הראשונה היא פחדה מהרעש.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(פעולה)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היא _______ בתנועת נוער.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(מדריכה)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מה שחשוב הוא מה שנותנים ל_______.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(קבוצה)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🎮 יומן של גיימר: שבוע אחד, שלושה שלבים ומבחן בהיסטוריה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אמא חושבת על המשחקים?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שהם מזיקים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שהם משעממים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שהם הכי טובים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שהם מזיקים לעיניים ולראש.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בנה הנער במשחק?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עיר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בית ספר אמיתי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ספינה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עיר.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הוא שכח ביום שלישי? – </w:t>
      </w:r>
      <w:r>
        <w:rPr>
          <w:rFonts w:ascii="Arial" w:hAnsi="Arial" w:cs="Arial" w:eastAsia="Arial" w:hint="cs"/>
          <w:sz w:val="28"/>
          <w:szCs w:val="28"/>
          <w:rtl/>
        </w:rPr>
        <w:t>לעזור לאח הקטן בשיעורים.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עזר לו ללמוד למבחן? – </w:t>
      </w:r>
      <w:r>
        <w:rPr>
          <w:rFonts w:ascii="Arial" w:hAnsi="Arial" w:cs="Arial" w:eastAsia="Arial" w:hint="cs"/>
          <w:sz w:val="28"/>
          <w:szCs w:val="28"/>
          <w:rtl/>
        </w:rPr>
        <w:t>חצי שעה משחק ושעה לימוד (שעון).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"כדי לשלוט בזמן שלי אני יכול/ה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ביום שני הוא בנה עיר ב_______ ולמד לקבל החלטות.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(משחק)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בסוף הוא הבין: המשחק הכי קשה הוא לשלוט ב_______.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(זמן)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הוא כותב _______ לשבוע אחד.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(יומן)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📦 הקופסה של סבתא חנה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ביקשה המורה?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חפץ משפחתי ישן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מתכון לעוגה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ציור חדש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חפץ משפחתי ישן.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היה בקופסה של סבתא?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כסף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מפתח, תמונה, מכתב וזרעים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משחקים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מפתח, תמונה, מכתב וזרעים.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מי הילדה בתמונה? – </w:t>
      </w:r>
      <w:r>
        <w:rPr>
          <w:rFonts w:ascii="Arial" w:hAnsi="Arial" w:cs="Arial" w:eastAsia="Arial" w:hint="cs"/>
          <w:sz w:val="28"/>
          <w:szCs w:val="28"/>
          <w:rtl/>
        </w:rPr>
        <w:t>סבתא חנה כשהייתה בת 12.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עושים הנער וסבתא בכל יום שישי? – </w:t>
      </w:r>
      <w:r>
        <w:rPr>
          <w:rFonts w:ascii="Arial" w:hAnsi="Arial" w:cs="Arial" w:eastAsia="Arial" w:hint="cs"/>
          <w:sz w:val="28"/>
          <w:szCs w:val="28"/>
          <w:rtl/>
        </w:rPr>
        <w:t>משקים עציץ ומספרים סיפור.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"שאלה שהייתי רוצה לשאול את סבא או סבתא שלי היא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הנער חשב שאין ל_______ חנה שום דבר מיוחד.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(סבתא)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סבתא הוציאה _______ ישנה.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(קופסה)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בתוכה: _______, תמונה של ילדה, מכתב, וזרעים.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(מפתח)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ה_______ היו מעץ בחצר.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(זרעים)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עכשיו, בכל יום שישי, הוא וסבתא משקים עציץ, והוא שומע עוד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(סיפור)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🃏 קלפים, סיכות ומטבעות: למה ילדים חוזרים לאסוף?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ילדים מחליפים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שיעורי בית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אוכל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קלפים, סיכות ומטבעות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קלפים, סיכות ומטבעות.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איך נוגה הכירה חברה טובה?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בזכות סיכה על התיק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בזכות מבחן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בזכות טיול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בזכות סיכה על התיק.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ממי קיבל עומר מטבעות? – </w:t>
      </w:r>
      <w:r>
        <w:rPr>
          <w:rFonts w:ascii="Arial" w:hAnsi="Arial" w:cs="Arial" w:eastAsia="Arial" w:hint="cs"/>
          <w:sz w:val="28"/>
          <w:szCs w:val="28"/>
          <w:rtl/>
        </w:rPr>
        <w:t>מסבא שלו.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דבר אחד שאפשר לאסוף בחינם. – </w:t>
      </w:r>
      <w:r>
        <w:rPr>
          <w:rFonts w:ascii="Arial" w:hAnsi="Arial" w:cs="Arial" w:eastAsia="Arial" w:hint="cs"/>
          <w:sz w:val="28"/>
          <w:szCs w:val="28"/>
          <w:rtl/>
        </w:rPr>
        <w:t>עלים / אבנים / כרטיסים.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"אם הייתי אוסף/ת משהו, הייתי אוסף/ת ___ כי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ה_______ נותן תחושה של סדר.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(אוסף)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בהפסקה ילדים מחליפים _______, סיכות ומטבעות.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(קלפים)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לעומר יש _______ מסבא.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(מטבעות)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🥪 מה יש בקופסה? כריך מהבית מול מזנון בית הספר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צריך הגוף כדי לבנות עצמות?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סוכר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סידן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מלח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סידן.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למי שלא אוכל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הוא רץ מהר יותר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הוא לא מרגיש כלום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קשה לו להתרכז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קשה לו להתרכז, והוא מתעצבן מהר.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יתרון אחד של כריך מהבית. – </w:t>
      </w:r>
      <w:r>
        <w:rPr>
          <w:rFonts w:ascii="Arial" w:hAnsi="Arial" w:cs="Arial" w:eastAsia="Arial" w:hint="cs"/>
          <w:sz w:val="28"/>
          <w:szCs w:val="28"/>
          <w:rtl/>
        </w:rPr>
        <w:t>זול / אפשר לבחור מה יש בו.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כדאי להחזיק בתיק? – </w:t>
      </w:r>
      <w:r>
        <w:rPr>
          <w:rFonts w:ascii="Arial" w:hAnsi="Arial" w:cs="Arial" w:eastAsia="Arial" w:hint="cs"/>
          <w:sz w:val="28"/>
          <w:szCs w:val="28"/>
          <w:rtl/>
        </w:rPr>
        <w:t>בקבוק מים.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"בקופסת ההפסקה שלי אני רוצה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הוא צריך אוכל שנותן _______, וגם חלבון וסידן לעצמות.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(אנרגיה)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_______ מהבית: זול יותר, ואפשר לבחור מה יש בו.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(כריך)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חשוב לשתות _______ כל היום.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ב_______: כיף לבחור עם חברים.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(מזנון)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🎤 הלב דופק, הקול רועד: איך מתמודדים עם פחד קהל?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הגוף משחרר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אדרנלין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אוויר קר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אדרנלין.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ללב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נעצר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דופק מהר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דופק מהר.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עצה אחת לפני הצגה. – </w:t>
      </w:r>
      <w:r>
        <w:rPr>
          <w:rFonts w:ascii="Arial" w:hAnsi="Arial" w:cs="Arial" w:eastAsia="Arial" w:hint="cs"/>
          <w:sz w:val="28"/>
          <w:szCs w:val="28"/>
          <w:rtl/>
        </w:rPr>
        <w:t>להתאמן בקול רם / כרטיסים / לדעת את המשפט הראשון.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איך נושמים כדי להירגע? – </w:t>
      </w:r>
      <w:r>
        <w:rPr>
          <w:rFonts w:ascii="Arial" w:hAnsi="Arial" w:cs="Arial" w:eastAsia="Arial" w:hint="cs"/>
          <w:sz w:val="28"/>
          <w:szCs w:val="28"/>
          <w:rtl/>
        </w:rPr>
        <w:t>לאט, דרך האף, וסופרים עד ארבע.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"כשאני מפחד/ת, מה שעוזר לי הוא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כשמפחדים, הגוף משחרר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(אדרנלין)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לפני: מתאמנים בקול רם, כותבים _______ קטנים, ויודעים בעל פה את המשפט הראשון.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(כרטיסים)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📝 מאה זה לא הכול: מכתב פתוח על לחץ הציונים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טור דעה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ציון  ·  לחץ  ·  השוואה  ·  הורים  ·  למידה  ·  מבחן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עידו קיבל 92 במבחן. הוא הסתיר את הדף, כי פחד שאבא ישאל למה לא 100. הכותב חושב שמשהו כאן לא בסדר.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הלחץ מגיע משלושה מקומות: מאיתנו, מההשוואה לחברים, ומהמבוגרים.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קצת לחץ עוזר ללמוד. אבל הרבה לחץ מזיק: לא ישנים, כואבת הבטן, וקשה לחשוב.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ההצעות: לא לשאול "כמה קיבלת?". הורים ישאלו קודם "מה למדת?". מורים יכתבו גם משפט על מה שהצלחנו.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ציון מודד מבחן אחד, ביום אחד. הוא לא מודד מי אני.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הישג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הצלחה שהגיעה מתוך 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ממוצע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המספר שמקבלים כשמחברים ציונים ומחלקים במספרם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תמימה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בלי כוונה רעה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משקולת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דבר כבד שמכביד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ציון  ·  לחץ  ·  השוואה  ·  הורים  ·  למידה  ·  מבחן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כמה קיבל עידו במבחן?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92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100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50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כשיש הרבה לחץ?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קשה לישון וקשה לחשוב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לומדים יותר טוב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שמחים מאוד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הצעה אחת של הכותב.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ציון לא מודד, לפי הכותב?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"לפני מבחן אני מרגיש/ה ___, ומה שעוזר לי זה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_______ מודד מבחן אחד, ביום אחד.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ה_______ מגיע משלושה מקומות: מאיתנו, מההשוואה לחברים, ומהמבוגרים.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_______ ישאלו קודם "מה למדת?".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עידו קיבל 92 ב_______.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🎧 האוזניות כמקלט: למה בני נוער מקשיבים למוזיקה כשקשה?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מוזיקה  ·  רגש  ·  שיר  ·  לנגן  ·  עצב  ·  אוזניות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יונתן בן 13. כשקשה לו, הוא שם אוזניות ושומע שלושה שירים. אחרי זה הוא מרגיש טוב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מוזיקה שאוהבים מפעילה במוח אזור של הנאה. קצב איטי מרגיע, וקצב מהיר נותן כוח.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בני נוער משתמשים במוזיקה כדי לשנות מצב רוח, כדי להרגיש שמישהו מבין אותם, וכדי להראות מי הם.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מיכל התחילה לנגן בגיטרה אחרי שסבתא שלה נפטרה. כך היא הוציאה את הרגשות.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חשוב לדעת: מוזיקה לא מחליפה אנשים. אם העצב לא עובר – מדברים עם מבוגר. וגם: לא לשמוע חזק מדי.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מקלט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מקום מוגן שבורחים אליו כשקשה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תגמול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פרס, משהו טוב שמקבלים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לנתח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לבדוק חלק אחרי חלק כדי להבין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ויסות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שינוי והתאמה של מצב (למשל מצב רוח)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מוזיקה  ·  רגש  ·  שיר  ·  לנגן  ·  עצב  ·  אוזניות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עושה יונתן כשקשה לו?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הולך לישון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צועק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שומע שירים באוזניות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עושה קצב איטי?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מרגיע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מכאיב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מעייף מאוד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על איזה כלי ניגנה מיכל?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עושים אם העצב לא עובר?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"שיר שעושה לי טוב הוא שיר ש___."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_______ שאוהבים מפעילה במוח אזור של הנאה.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מיכל התחילה _______ בגיטרה אחרי שסבתא שלה נפטרה.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אם ה_______ לא עובר – מדברים עם מבוגר.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כשקשה לו, הוא שם _______ ושומע שלושה שירים.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🗣️ הורים, תקשיבו רגע (וגם אנחנו)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טור דעה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בסדר  ·  עייפים  ·  שאלות  ·  להקשיב  ·  גשר  ·  הורים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ההורים שואלים: "איך היה?" והילדים עונים: "בסדר". כולם מתוסכלים.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למה הילדים עונים "בסדר"? כי הם עייפים, וקרו הרבה דברים ביום. לפעמים הם גם מפחדים מהתגובה של ההורים.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גם ההורים מרגישים: הם דואגים, ורוצים להיות קרובים. חלק מהבעיות של הילדים היום חדשות להם.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מה עוזר? לדבר בזמן נוח, כמו בערב. לשאול שאלה אחרת: "מה היה הכי מצחיק היום?". להקשיב בלי לתקן מיד.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גם הילדים יכולים לעזור: לספר משהו קטן, ולהגיד "נדבר בערב". השיחה היא כמו גשר: כל צד בונה חצי.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מתוסכלים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מרגישים כעס ואכזבה כי משהו לא מצליח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חוששים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מפחדים קצת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לעמוד בנעליים של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לנסות להרגיש כמו מישהו אחר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פער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מרחק, הבדל גדול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בסדר  ·  עייפים  ·  שאלות  ·  להקשיב  ·  גשר  ·  הורים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הילדים עונים כששואלים "איך היה?"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"בסדר"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"לא יודע מה זה בית ספר"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"מעולה, הנה כל הפרטים"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למה ההורים שואלים הרבה שאלות?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כי אין להם מה לעשות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כי הם דואגים ורוצים להיות קרובים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כי הם כועסים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מתי קל לכותבת לדבר?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למה הכותבת משווה את השיחה?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"אני אוהב/ת לדבר עם ההורים כש___."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ההורים שואלים: "איך היה?" והילדים עונים: "_______".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כי הם _______, וקרו הרבה דברים ביום.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_______ בלי לתקן מיד.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השיחה היא כמו _______: כל צד בונה חצי.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לפעמים הם גם מפחדים מהתגובה של ה_______.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🕯️ 25 שעות בלי מסך: מה קורה כשהטלפון נח?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שבת  ·  מסך  ·  משפחה  ·  משחקים  ·  שקט  ·  מנוחה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בכיתה ז׳ לומדים יחד ילדים שונים. חלקם שומרים שבת ולא משתמשים בטלפון 25 שעות. אחרים אף פעם לא עשו יום בלי מסך.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אליה שומר שבת. הוא אוהב את השבת: משחקים עם האחים, ארוחה משפחתית, ושיחה בלי "רגע, אני עונה".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חן נפגשת עם חברות בגינה בשבת. בלי טלפונים הן באמת מסתכלות אחת על השנייה.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ילדים אחרים ניסו יום בלי מסך. בהתחלה היה קשה ומשעמם. שקד עשתה פאזל עם כל המשפחה. רז הרגיש מנותק מהחברים.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אליה אמר: "הטלפון לא צריך מנוחה. אנחנו כן."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הדלקת הנרות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הרגע שבו מתחילה השבת, ביום שישי לפני השקיעה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צאת השבת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הרגע שבו השבת נגמרת, במוצאי שבת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סקרנות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רצון לדעת ולגלות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מנותק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מרגיש שאין לו קשר עם אחרים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שבת  ·  מסך  ·  משפחה  ·  משחקים  ·  שקט  ·  מנוחה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כמה שעות נמשכת השבת?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25 שעות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5 שעות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100 שעות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אליה אוהב בשבת?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לשחק במחשב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זמן עם המשפחה בלי טלפון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לישון כל היום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עשתה שקד עם המשפחה?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איך הרגיש רז?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"ביום בלי מסך הייתי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חלקם שומרים _______ ולא משתמשים בטלפון 25 שעות.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אחרים אף פעם לא עשו יום בלי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שקד עשתה פאזל עם כל ה_______.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הוא אוהב את השבת: _______ עם האחים, ארוחה משפחתית, ושיחה בלי "רגע, אני עונה".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אליה אמר: "הטלפון לא צריך 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🏳️ "בסניף אני אני": ראיון עם מדריכה בתנועת נוער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ראיון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סניף  ·  פעולה  ·  מדריכה  ·  קבוצה  ·  אחריות  ·  לשלב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רעות בת 16. היא מדריכה בתנועת נוער. היא התחילה בתנועה בכיתה ד׳.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בפעולה הראשונה היא פחדה מהרעש. המדריכה שלה ידעה את השם שלה והזמינה אותה לשחק.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בסניף אין ציונים. מה שחשוב הוא מה שנותנים לקבוצה. רעות אומרת: "בסניף אני אני."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היום רעות מדריכה עשרים ילדים. פעם ילד אחד הפסיק לבוא. היא התקשרה אליו ונתנה לו תפקיד. הוא חזר.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העצה שלה: לבוא לפעולה אחת ולנסות.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להחמיץ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לפספס, לא להיות במשהו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פעולה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מפגש של קבוצה בתנועת נוער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ערכים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דברים חשובים שמכוונים את ההתנהגות שלנו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מחנה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כמה ימים של פעילות ולינה בשטח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סניף  ·  פעולה  ·  מדריכה  ·  קבוצה  ·  אחריות  ·  לשלב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בת כמה רעות?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10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16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30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אין בסניף?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חברים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משחקים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ציונים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ממה פחדה רעות בפעולה הראשונה?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עשתה רעות לילד שהפסיק לבוא?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"מקום שבו אני מרגיש/ה 'אני'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ב_______ אין ציונים.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ב_______ הראשונה היא פחדה מהרעש.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היא _______ בתנועת נוער.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מה שחשוב הוא מה שנותנים ל_______.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🎮 יומן של גיימר: שבוע אחד, שלושה שלבים ומבחן בהיסטוריה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סיפור קצר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משחק  ·  לתכנן  ·  זמן  ·  יומן  ·  הבטחה  ·  קבוצה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אמא אומרת שהמשחקים מזיקים. הנער אומר שהם מפתחים חשיבה. הוא כותב יומן לשבוע אחד.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ביום שני הוא בנה עיר במשחק ולמד לקבל החלטות. בשיעור גאוגרפיה הוא ידע לענות.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ביום שלישי הוא שיחק שלוש שעות ושכח לעזור לאח הקטן.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ביום רביעי הוא כתב משהו לא יפה לחבר. אחר כך הוא התנצל.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ביום חמישי הוא שיחק חצי שעה ולמד שעה. זה עבד. בסוף הוא הבין: המשחק הכי קשה הוא לשלוט בזמן.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להוכיח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להראות בעזרת עובדות שמשהו נכון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תקציב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הכסף שיש למשהו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שרדה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נשארה בחיים, לא נהרסה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נתב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המכשיר שמחבר את הבית לרשת האינטרנט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משחק  ·  לתכנן  ·  זמן  ·  יומן  ·  הבטחה  ·  קבוצה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אמא חושבת על המשחקים?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שהם מזיקים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שהם משעממים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שהם הכי טובים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בנה הנער במשחק?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עיר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בית ספר אמיתי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ספינה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הוא שכח ביום שלישי?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עזר לו ללמוד למבחן?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"כדי לשלוט בזמן שלי אני יכול/ה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ביום שני הוא בנה עיר ב_______ ולמד לקבל החלטות.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בסוף הוא הבין: המשחק הכי קשה הוא לשלוט ב_______.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הוא כותב _______ לשבוע אחד.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📦 הקופסה של סבתא חנה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סיפור קצר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סבתא  ·  קופסה  ·  מפתח  ·  זרעים  ·  סיפור  ·  לשתול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המורה ביקשה חפץ משפחתי ישן. הנער חשב שאין לסבתא חנה שום דבר מיוחד.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סבתא הוציאה קופסה ישנה. בתוכה: מפתח, תמונה של ילדה, מכתב, וזרעים.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הילדה בתמונה הייתה סבתא, בגיל 12. היא סיפרה על הכפר, על הבאר ועל העלייה לארץ. המפתח היה של הבית הישן.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הזרעים היו מעץ בחצר. אמא של סבתא רצתה לשתול אותם, אבל שכחה.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הנער לקח זרע אחד. עכשיו, בכל יום שישי, הוא וסבתא משקים עציץ, והוא שומע עוד סיפור.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דור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כל האנשים שנולדו בערך באותה תקופה (סבים, הורים, ילדים)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דהויים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שהצבע שלהם כבר חלש מהזמן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חלוד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מכוסה בשכבה חומה כי הברזל נשאר במים או באוויר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לשה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עובדת בידיים על בצק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סבתא  ·  קופסה  ·  מפתח  ·  זרעים  ·  סיפור  ·  לשתול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ביקשה המורה?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חפץ משפחתי ישן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מתכון לעוגה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ציור חדש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היה בקופסה של סבתא?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כסף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מפתח, תמונה, מכתב וזרעים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משחקים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מי הילדה בתמונה?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עושים הנער וסבתא בכל יום שישי?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"שאלה שהייתי רוצה לשאול את סבא או סבתא שלי היא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הנער חשב שאין ל_______ חנה שום דבר מיוחד.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סבתא הוציאה _______ ישנה.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בתוכה: _______, תמונה של ילדה, מכתב, וזרעים.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ה_______ היו מעץ בחצר.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עכשיו, בכל יום שישי, הוא וסבתא משקים עציץ, והוא שומע עוד 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🃏 קלפים, סיכות ומטבעות: למה ילדים חוזרים לאסוף?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אוסף  ·  קלפים  ·  סיכות  ·  מטבעות  ·  להחליף  ·  הוגנות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בהפסקה ילדים מחליפים קלפים, סיכות ומטבעות. נראה כמו שוק קטן.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למה אוספים? כי אפשר לגעת בחפץ ולהחזיק אותו. האוסף נותן תחושה של סדר.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האוסף עוזר להכיר חברים. נוגה הכירה חברה טובה בזכות סיכה.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לעומר יש מטבעות מסבא. כל מטבע מספר על מקום אחר. כך הוא למד היסטוריה.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לפעמים יש ויכוחים. יש בתי ספר שקבעו כללים. אפשר גם לאסוף דברים בחינם: עלים, אבנים, כרטיסים.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מתמקחים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מתווכחים על המחיר או על התמורה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אספנות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התחביב של לאסוף חפצים מסוג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תירוץ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סיבה שנותנים כדי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הוגנות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התנהגות צודקת וישרה כלפי כולם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אוסף  ·  קלפים  ·  סיכות  ·  מטבעות  ·  להחליף  ·  הוגנות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ילדים מחליפים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שיעורי בית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אוכל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קלפים, סיכות ומטבעות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איך נוגה הכירה חברה טובה?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בזכות סיכה על התיק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בזכות מבחן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בזכות טיול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ממי קיבל עומר מטבעות?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כתבו דבר אחד שאפשר לאסוף בחינם.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"אם הייתי אוסף/ת משהו, הייתי אוסף/ת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ה_______ נותן תחושה של סדר.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בהפסקה ילדים מחליפים _______, סיכות ומטבעות.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לעומר יש _______ מסבא.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🥪 מה יש בקופסה? כריך מהבית מול מזנון בית הספר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טקסט מידעי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אנרגיה  ·  סידן  ·  כריך  ·  מים  ·  מזנון  ·  לגוון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בגיל ההתבגרות הגוף גדל מהר. הוא צריך אוכל שנותן אנרגיה, וגם חלבון וסידן לעצמות.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מי שלא אוכל בבוקר ובהפסקה – מתקשה להתרכז ומתעצבן מהר.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כריך מהבית: זול יותר, ואפשר לבחור מה יש בו. אבל צריך להכין אותו.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במזנון: כיף לבחור עם חברים. אבל יש שם הרבה מתוקים, שנותנים אנרגיה לזמן קצר.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חשוב לשתות מים כל היום. אסף התחיל להכין כריך בעצמו – ועכשיו הוא אוכל אותו.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דלק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חומר שנותן אנרגיה (לרכב, ולגוף – המזון)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מינרלים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חומרים קטנים במזון שהגוף צריך, כמו סידן וברזל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מתקשים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קשה להם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מרכיבים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הדברים שמהם עשוי משהו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אנרגיה  ·  סידן  ·  כריך  ·  מים  ·  מזנון  ·  לגוון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צריך הגוף כדי לבנות עצמות?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סוכר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סידן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מלח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למי שלא אוכל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הוא רץ מהר יותר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הוא לא מרגיש כלום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קשה לו להתרכז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יתרון אחד של כריך מהבית.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כדאי להחזיק בתיק?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"בקופסת ההפסקה שלי אני רוצה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הוא צריך אוכל שנותן _______, וגם חלבון וסידן לעצמות.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_______ מהבית: זול יותר, ואפשר לבחור מה יש בו.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חשוב לשתות _______ כל היום.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ב_______: כיף לבחור עם חברים.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🎤 הלב דופק, הקול רועד: איך מתמודדים עם פחד קהל?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טקסט מידעי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פחד  ·  אדרנלין  ·  נשימה  ·  להתאמן  ·  כרטיסים  ·  פנים טובות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ליה הציגה עבודה מול הכיתה. הרגליים רעדו, והיא שכחה את המשפט הראשון. הרבה אנשים מפחדים לעמוד מול קהל.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כשמפחדים, הגוף משחרר אדרנלין. הלב דופק מהר, הידיים מזיעות. הגוף חושב שיש סכנה.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לפני: מתאמנים בקול רם, כותבים כרטיסים קטנים, ויודעים בעל פה את המשפט הראשון.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במהלך: נושמים לאט. מסתכלים על חבר שמחייך. אם שכחתם – עוצרים ומסתכלים בכרטיס.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אחרי: שואלים "מה הלך טוב? מה אשנה?". ליה הציגה שוב, והפעם היה לה קל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מאוימים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מרגישים שיש סכנה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הורמון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חומר שהגוף מייצר ומעביר הודעות בתוכו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שטחית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לא עמוקה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טורפת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חיה שצדה ואוכלת חיות אחרות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פחד  ·  אדרנלין  ·  נשימה  ·  להתאמן  ·  כרטיסים  ·  פנים טובות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הגוף משחרר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אדרנלין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אוויר קר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ללב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נעצר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דופק מהר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עצה אחת לפני הצגה.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איך נושמים כדי להירגע?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"כשאני מפחד/ת, מה שעוזר לי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כשמפחדים, הגוף משחרר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לפני: מתאמנים בקול רם, כותבים _______ קטנים, ויודעים בעל פה את המשפט הראשון.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2 – מאגר טקסטים לכיתה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