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 w:eastAsia="Arial" w:hint="cs"/>
          <w:sz w:val="96"/>
          <w:szCs w:val="96"/>
          <w:rtl/>
        </w:rPr>
        <w:t>📙</w:t>
      </w:r>
    </w:p>
    <w:p>
      <w:pPr>
        <w:bidi/>
        <w:pStyle w:val="Title"/>
        <w:jc w:val="center"/>
      </w:pPr>
      <w:r>
        <w:rPr>
          <w:rFonts w:ascii="Arial" w:hAnsi="Arial" w:cs="Arial" w:eastAsia="Arial" w:hint="cs"/>
          <w:b/>
          <w:color w:val="4B2BA8"/>
          <w:sz w:val="52"/>
          <w:szCs w:val="52"/>
          <w:bCs/>
          <w:rtl/>
        </w:rPr>
        <w:t>חוברת 3 – מאגר טקסטים לכיתה ז׳</w:t>
      </w:r>
    </w:p>
    <w:p>
      <w:pPr>
        <w:bidi/>
        <w:jc w:val="center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הבנת הנקרא · טקסטים 21–30 · גרסה: חנ״מ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6A3FD4"/>
          <w:sz w:val="28"/>
          <w:szCs w:val="28"/>
          <w:bCs/>
          <w:rtl/>
        </w:rPr>
        <w:t>תוכן העניינים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📸 "המצלמה לימדה אותי להסתכל": ראיון עם צלם צעיר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💡 "רק הערה קטנה": למה כל כך קשה לשמוע ביקורת? (טור דעה)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🎂 מסיבה לשלושים או פיקניק לארבעה? הוויכוח על ימי ההולדת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📚 ספר ביד בעידן המסך: האם בני נוער עוד קוראים?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5. 🎙️ "לדבר לתוך מיקרופון ריק": שני מגישים בני 13 ופודקאסט אחד (ראיון)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6. 🎭 הבמה של רותם (סיפור קצר)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7. 🍊 שש בבוקר בפרדס: יום של קטיף עם כיתה ז׳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8. 🚀 "כשאגדל אהיה...": החלומות של גיל 13 ומה קורה להם (כתבה)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9. 🌧️ ענן בחוץ, ענן בפנים? מזג האוויר ומצב הרוח (טקסט מידעי)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10. 🤐 לפני שלוחצים "שלח": על רכילות וקבוצות הודעות (טור דעה)</w:t>
      </w:r>
    </w:p>
    <w:p>
      <w:pPr>
        <w:bidi/>
        <w:jc w:val="center"/>
      </w:pPr>
      <w:r>
        <w:rPr>
          <w:rFonts w:ascii="Arial" w:hAnsi="Arial" w:cs="Arial" w:eastAsia="Arial" w:hint="cs"/>
          <w:color w:val="777777"/>
          <w:sz w:val="22"/>
          <w:szCs w:val="22"/>
          <w:rtl/>
        </w:rPr>
        <w:t>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📘 מהדורה למורה – מפתח תשובות לחוברת 3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מפתח התשובות לכל עשרת הטקסטים מרוכז כאן. דפי התלמיד מתחילים אחרי המפתח. מחוון לשאלות עמדה: עמדה ברורה – 2 · נימוק – 3 · הוכחה/דוגמה – 3 · לשון ומבנה – 2.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📸 "המצלמה לימדה אותי להסתכל": ראיון עם צלם צעיר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בציור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בטלפון.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בורח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שואל אותם.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את מי צילם עידן עם כוס תה? – </w:t>
      </w:r>
      <w:r>
        <w:rPr>
          <w:rFonts w:ascii="Arial" w:hAnsi="Arial" w:cs="Arial" w:eastAsia="Arial" w:hint="cs"/>
          <w:sz w:val="28"/>
          <w:szCs w:val="28"/>
          <w:rtl/>
        </w:rPr>
        <w:t>את סבא שלו.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עידן רואה היום בדרך לבית הספר? כתבו דבר אחד. – </w:t>
      </w:r>
      <w:r>
        <w:rPr>
          <w:rFonts w:ascii="Arial" w:hAnsi="Arial" w:cs="Arial" w:eastAsia="Arial" w:hint="cs"/>
          <w:sz w:val="28"/>
          <w:szCs w:val="28"/>
          <w:rtl/>
        </w:rPr>
        <w:t>חתול בעציץ / השתקפות בשלולית / זקנה שמאכילה יונים.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"דבר יפה שראיתי היום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עידן אומר: _______ באמת זה לעצור ולחכות לרגע הנכון.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(לצלם)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הכללים שלו: לחכות ל_______ יפה, להתקרב או להתרחק, ולא לצלם אנשים בלי לשאול.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הצילום לימד אותו _______ על העולם.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(להסתכל)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💡 "רק הערה קטנה": למה כל כך קשה לשמוע ביקורת?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"איפה הדעה שלך?"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כועס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כועס.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עשה הכותב אחרי שנרגע? – </w:t>
      </w:r>
      <w:r>
        <w:rPr>
          <w:rFonts w:ascii="Arial" w:hAnsi="Arial" w:cs="Arial" w:eastAsia="Arial" w:hint="cs"/>
          <w:sz w:val="28"/>
          <w:szCs w:val="28"/>
          <w:rtl/>
        </w:rPr>
        <w:t>שאל את המורה איך לשפר.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זה "כריך" בביקורת? – </w:t>
      </w:r>
      <w:r>
        <w:rPr>
          <w:rFonts w:ascii="Arial" w:hAnsi="Arial" w:cs="Arial" w:eastAsia="Arial" w:hint="cs"/>
          <w:sz w:val="28"/>
          <w:szCs w:val="28"/>
          <w:rtl/>
        </w:rPr>
        <w:t>משהו טוב, משהו לשפר, משהו טוב.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"כשמעירים לי, אני יכול/ה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למה _______ כואבת?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(ביקורת)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המורה כתבה _______: "איפה הדעה שלך?".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(הערה)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שאל אותה איך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(לשפר)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איך נותנים ביקורת: "_______" – משהו טוב, משהו לשפר, ועוד משהו טוב.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(כריך)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🎂 מסיבה לשלושים או פיקניק לארבעה? הוויכוח על ימי ההולדת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פיקניק קטן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מסיבה גדולה לכל השכבה.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פיקניק קטן עם חברות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פיקניק קטן עם שלוש חברות.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יובל הזמינה את כולם? – </w:t>
      </w:r>
      <w:r>
        <w:rPr>
          <w:rFonts w:ascii="Arial" w:hAnsi="Arial" w:cs="Arial" w:eastAsia="Arial" w:hint="cs"/>
          <w:sz w:val="28"/>
          <w:szCs w:val="28"/>
          <w:rtl/>
        </w:rPr>
        <w:t>כדי שאף אחד לא ירגיש בחוץ.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ב"יום הולדת כיתתי"? – </w:t>
      </w:r>
      <w:r>
        <w:rPr>
          <w:rFonts w:ascii="Arial" w:hAnsi="Arial" w:cs="Arial" w:eastAsia="Arial" w:hint="cs"/>
          <w:sz w:val="28"/>
          <w:szCs w:val="28"/>
          <w:rtl/>
        </w:rPr>
        <w:t>חוגגים פעם בחודש לכל מי שנולד בחודש הזה.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"ביום ההולדת שלי אני רוצה לחגוג עם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יובל עשתה _______ גדולה לכל השכבה.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(מסיבה)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אלה עשתה _______ קטן עם שלוש חברות.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(פיקניק)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יובל הזמינה את כולם, כי לא רצתה שמישהו ירגיש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(בחוץ)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📚 ספר ביד בעידן המסך: האם בני נוער עוד קוראים?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בספרייה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ספר על מוזיקה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ספר שהסיפור בו מסופר בציורים ובבועות דיבור.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מפריע לדביר לקרוא? – </w:t>
      </w:r>
      <w:r>
        <w:rPr>
          <w:rFonts w:ascii="Arial" w:hAnsi="Arial" w:cs="Arial" w:eastAsia="Arial" w:hint="cs"/>
          <w:sz w:val="28"/>
          <w:szCs w:val="28"/>
          <w:rtl/>
        </w:rPr>
        <w:t>הטלפון שמצפצף.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עושים בבית הספר בכל יום שלישי? – </w:t>
      </w:r>
      <w:r>
        <w:rPr>
          <w:rFonts w:ascii="Arial" w:hAnsi="Arial" w:cs="Arial" w:eastAsia="Arial" w:hint="cs"/>
          <w:sz w:val="28"/>
          <w:szCs w:val="28"/>
          <w:rtl/>
        </w:rPr>
        <w:t>קוראים עשר דקות בשקט.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"ספר שאני אוהב/ת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מנייר קל לחזור אחורה.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(ספר)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אבל ב_______ של החטיבה יש תור בהפסקה.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(ספרייה)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העיקר –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(לקרוא)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 אפשר להגדיל אותיות ולחפש מילה.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(מסך)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🎙️ "לדבר לתוך מיקרופון ריק": שני מגישים בני 13 ופודקאסט אחד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בעלי חיים מוזרים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בודקים עובדות וכותבים נקודות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בודקים עובדות וכותבים נקודות.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הטיפ למי שמדבר למיקרופון? – </w:t>
      </w:r>
      <w:r>
        <w:rPr>
          <w:rFonts w:ascii="Arial" w:hAnsi="Arial" w:cs="Arial" w:eastAsia="Arial" w:hint="cs"/>
          <w:sz w:val="28"/>
          <w:szCs w:val="28"/>
          <w:rtl/>
        </w:rPr>
        <w:t>לדמיין מאזין אחד ולדבר אליו.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כמה לבבות יש לתמנון? – </w:t>
      </w:r>
      <w:r>
        <w:rPr>
          <w:rFonts w:ascii="Arial" w:hAnsi="Arial" w:cs="Arial" w:eastAsia="Arial" w:hint="cs"/>
          <w:sz w:val="28"/>
          <w:szCs w:val="28"/>
          <w:rtl/>
        </w:rPr>
        <w:t>שלושה.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"אם הייתה לי תוכנית שמע, היא הייתה על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מגישים _______ שמע על בעלי חיים מוזרים.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(תוכנית)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וצריך _______ כל עובדה בעוד מקום.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(לבדוק)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לדבר ל_______.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(מיקרופון)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🎭 הבמה של רותם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הקשיבה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לא הצביעה.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דרמה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דרמה.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על מה רותם כתבה? – </w:t>
      </w:r>
      <w:r>
        <w:rPr>
          <w:rFonts w:ascii="Arial" w:hAnsi="Arial" w:cs="Arial" w:eastAsia="Arial" w:hint="cs"/>
          <w:sz w:val="28"/>
          <w:szCs w:val="28"/>
          <w:rtl/>
        </w:rPr>
        <w:t>על ילדה ששומרת על מגדלור.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רותם עשתה בסוף הסיפור? – </w:t>
      </w:r>
      <w:r>
        <w:rPr>
          <w:rFonts w:ascii="Arial" w:hAnsi="Arial" w:cs="Arial" w:eastAsia="Arial" w:hint="cs"/>
          <w:sz w:val="28"/>
          <w:szCs w:val="28"/>
          <w:rtl/>
        </w:rPr>
        <w:t>הרימה יד בשיעור.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"דבר שאני טוב/ה בו, גם אם אני שקט/ה, הוא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אמא רשמה אותה לחוג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(דרמה)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בערב ההצגה רותם עלתה ל_______ ודיברה בקול ברור.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(במה)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המדריכה שאלה אם היא אוהבת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(לכתוב)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רותם כתבה סיפור על ילדה ששומרת על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(מגדלור)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🍊 שש בבוקר בפרדס: יום של קטיף עם כיתה ז׳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תפוחי אדמה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תפוזים.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מסובבים בעדינות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מסובבים בעדינות או גוזרים במזמרה.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שלח אהרון לכיתה? – </w:t>
      </w:r>
      <w:r>
        <w:rPr>
          <w:rFonts w:ascii="Arial" w:hAnsi="Arial" w:cs="Arial" w:eastAsia="Arial" w:hint="cs"/>
          <w:sz w:val="28"/>
          <w:szCs w:val="28"/>
          <w:rtl/>
        </w:rPr>
        <w:t>ארגז תפוזים מתנה.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כתבה רוני? – </w:t>
      </w:r>
      <w:r>
        <w:rPr>
          <w:rFonts w:ascii="Arial" w:hAnsi="Arial" w:cs="Arial" w:eastAsia="Arial" w:hint="cs"/>
          <w:sz w:val="28"/>
          <w:szCs w:val="28"/>
          <w:rtl/>
        </w:rPr>
        <w:t>"האוכל לא מגיע מהסופר. הוא מגיע מאנשים."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"בפעם הבאה שאוכל פרי, אחשוב על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כיתה ז׳ יצאה להתנדב ב_______ תפוזים.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(קטיף)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אהרון הסביר כללים: קוטפים רק פרי כתום, מסובבים בעדינות, ושותים מים.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(חקלאי)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אבל הכיתה מילאה יותר ממאה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(ארגזים)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הייתה קשה.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(עבודה)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🚀 "כשאגדל אהיה...": החלומות של גיל 13 ומה קורה להם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 אכלתם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מה תרצו להיות כשתגדלו.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הם נעלמים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הם משתנים.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זה "חוט", לפי היועצת? – </w:t>
      </w:r>
      <w:r>
        <w:rPr>
          <w:rFonts w:ascii="Arial" w:hAnsi="Arial" w:cs="Arial" w:eastAsia="Arial" w:hint="cs"/>
          <w:sz w:val="28"/>
          <w:szCs w:val="28"/>
          <w:rtl/>
        </w:rPr>
        <w:t>משהו שחוזר בכל החלומות, כמו "לעזור לאחרים".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מותר לענות אם לא יודעים? – </w:t>
      </w:r>
      <w:r>
        <w:rPr>
          <w:rFonts w:ascii="Arial" w:hAnsi="Arial" w:cs="Arial" w:eastAsia="Arial" w:hint="cs"/>
          <w:sz w:val="28"/>
          <w:szCs w:val="28"/>
          <w:rtl/>
        </w:rPr>
        <w:t>"אני עוד מגלה."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"אני מרגיש/ה שהזמן טס כש___."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שמשתנה מראה סקרנות.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(חלום)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רק מעט תלמידים רצו את אותו _______ גם בכיתה ג׳.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(מקצוע)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כדאי לחפש "_______": דבר שחוזר.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(חוט)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🌧️ ענן בחוץ, ענן בפנים? מזג האוויר ומצב הרוח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להישאר בחדר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להישאר בחדר, לשתות שוקו ולקרוא.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ב. אור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אור.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עידו אוהב בגשם? – </w:t>
      </w:r>
      <w:r>
        <w:rPr>
          <w:rFonts w:ascii="Arial" w:hAnsi="Arial" w:cs="Arial" w:eastAsia="Arial" w:hint="cs"/>
          <w:sz w:val="28"/>
          <w:szCs w:val="28"/>
          <w:rtl/>
        </w:rPr>
        <w:t>את הריח של האדמה הרטובה.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דבר אחד שעוזר ביום אפור. – </w:t>
      </w:r>
      <w:r>
        <w:rPr>
          <w:rFonts w:ascii="Arial" w:hAnsi="Arial" w:cs="Arial" w:eastAsia="Arial" w:hint="cs"/>
          <w:sz w:val="28"/>
          <w:szCs w:val="28"/>
          <w:rtl/>
        </w:rPr>
        <w:t>לצאת החוצה / לפתוח וילון / לזוז / משחק עם המשפחה.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"ביום גשום אני אוהב/ת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גם מה שעושים משפיע: ב_______ יוצאים פחות וזזים פחות.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(גשם)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משפיע על השעון של הגוף.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(אור)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לצאת קצת החוצה, לפתוח וילון, _______, ולעשות משהו נעים.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(לזוז)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🤐 לפני שלוחצים "שלח": על רכילות וקבוצות הודעות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לשחק כדורגל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לדבר על מישהו כשהוא לא שם.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ג. למילים יש כנפיים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למילים יש כנפיים.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שער אחד מ"שלושת השערים". – </w:t>
      </w:r>
      <w:r>
        <w:rPr>
          <w:rFonts w:ascii="Arial" w:hAnsi="Arial" w:cs="Arial" w:eastAsia="Arial" w:hint="cs"/>
          <w:sz w:val="28"/>
          <w:szCs w:val="28"/>
          <w:rtl/>
        </w:rPr>
        <w:t>האם זה נכון? / האם זה נחוץ? / האם זה טוב?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מה אפשר לכתוב כדי לעצור רכילות? – </w:t>
      </w:r>
      <w:r>
        <w:rPr>
          <w:rFonts w:ascii="Arial" w:hAnsi="Arial" w:cs="Arial" w:eastAsia="Arial" w:hint="cs"/>
          <w:sz w:val="28"/>
          <w:szCs w:val="28"/>
          <w:rtl/>
        </w:rPr>
        <w:t>"די, זה לא נחמד."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"לפני ששולחים הודעה על מישהו, אני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סבתא של הכותבת אומרת: ל_______ יש כנפיים.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(מילים)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מבחן "שלושת ה_______": האם זה נכון?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(שערים)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האם זה _______?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(נחוץ)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האם זה _______?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(טוב)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📸 "המצלמה לימדה אותי להסתכל": ראיון עם צלם צעיר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לצלם  ·  אור  ·  לעצור  ·  רשות  ·  סיפור  ·  להסתכל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עידן בן 13. הוא מצלם בטלפון. התמונות שלו הוצגו בתערוכה בספרייה.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הוא התחיל כשהיה חולה. הוא צילם מהחלון ראה שהאור משתנה כל שעה.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עידן אומר: לצלם באמת זה לעצור ולחכות לרגע הנכון. כך צילם את סבא שלו צוחק.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הכללים שלו: לחכות לאור יפה, להתקרב או להתרחק, ולא לצלם אנשים בלי לשאול.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הצילום לימד אותו להסתכל על העולם. העצה שלו: לצלם כל יום דבר אחד חדש.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במקרה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בלי תכנון מראש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האדים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הפנים שלו נעשו אדומות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שוליים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החלקים בקצה של תמונה או של דף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רשות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אישור לעשות משהו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לצלם  ·  אור  ·  לעצור  ·  רשות  ·  סיפור  ·  להסתכל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במה מצלם עידן?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בטלפון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במצלמה יקרה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בציור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עידן עושה לפני שמצלם אנשים?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צועק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שואל אותם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בורח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את מי צילם עידן עם כוס 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עידן רואה היום בדרך לבית הספר? כתבו דבר אחד.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"דבר יפה שראיתי היום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עידן אומר: _______ באמת זה לעצור ולחכות לרגע הנכון.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הכללים שלו: לחכות ל_______ יפה, להתקרב או להתרחק, ולא לצלם אנשים בלי לשאול.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הצילום לימד אותו _______ על העולם.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💡 "רק הערה קטנה": למה כל כך קשה לשמוע 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ביקורת  ·  הערה  ·  לשפר  ·  לנשום  ·  כריך  ·  מתנה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הכותב הגיש עבודה. המורה כתבה הערה: "איפה הדעה שלך?". הוא ראה רק את ההערה, וכעס.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למה ביקורת כואבת? כי אנחנו שומעים "אתה לא טוב", ולא "העבודה צריכה שיפור".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אחרי כמה ימים הוא קרא שוב והבין שהמורה צדקה. הוא שאל אותה איך לשפר. בעבודה הבאה הוא הצליח.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איך שומעים ביקורת: נושמים, זוכרים שההערה היא על העבודה, ושואלים "מה אני לומד מזה?".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איך נותנים ביקורת: "כריך" – משהו טוב, משהו לשפר, ועוד משהו טוב.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ציר זמן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קו שמסדר אירועים לפי הסדר שבו קרו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משקיעים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נותנים הרבה זמן ומאמץ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שליליים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רעים, לא טובים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להפריד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לשים כל דבר בנפרד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ביקורת  ·  הערה  ·  לשפר  ·  לנשום  ·  כריך  ·  מתנה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כתבה המורה?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"אין הערות"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"עבודה גרועה"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"איפה הדעה שלך?"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הרגיש הכותב בהתחלה?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שמח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רעב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כועס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עשה הכותב אחרי שנרגע?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זה "כריך" בביקורת?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"כשמעירים לי, אני יכול/ה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למה _______ כואבת?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המורה כתבה _______: "איפה הדעה שלך?".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הוא שאל אותה איך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איך נותנים ביקורת: "_______" – משהו טוב, משהו לשפר, ועוד משהו טוב.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🎂 מסיבה לשלושים או פיקניק לארבעה? הוויכוח על ימי ההולדת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מסיבה  ·  פיקניק  ·  מוזמנים  ·  בחוץ  ·  להרשים  ·  ביחד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יובל עשתה מסיבה גדולה לכל השכבה. אלה עשתה פיקניק קטן עם שלוש חברות.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יובל הזמינה את כולם, כי לא רצתה שמישהו ירגיש בחוץ. אבל בסוף היא לא דיברה באמת עם אף אחד.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אלה רצתה לחגוג עם החברות הכי קרובות. אבל ילדה אחרת הרגישה עצובה שלא הזמינו אותה.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המחנכת אומרת: מותר לחגוג בקטן, אבל לא מדברים על זה בקבוצה של הכיתה.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יש כיתות שחוגגות יום הולדת כיתתי פעם בחודש. יובל ואלה חשבו על רעיון: פיקניק גדול.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מראה, מבטא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אינטימי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קטן, קרוב ואישי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מגובשת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שהחברים בה קרובים ומחוברים זה לזה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להרשים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לגרום לאחרים לחשוב שאתה מיוחד או עשיר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מסיבה  ·  פיקניק  ·  מוזמנים  ·  בחוץ  ·  להרשים  ·  ביחד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עשתה יובל?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חגגה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מסיבה גדולה לכל השכבה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פיקניק קטן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עשתה אלה?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מסיבה באולם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טיול לחו"ל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פיקניק קטן עם חברות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למה יובל הזמינה את כולם?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ב"יום הולדת כיתתי"?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"ביום ההולדת שלי אני רוצה לחגוג עם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יובל עשתה _______ גדולה לכל השכבה.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אלה עשתה _______ קטן עם שלוש חברות.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יובל הזמינה את כולם, כי לא רצתה שמישהו ירגיש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📚 ספר ביד בעידן המסך: האם בני נוער עוד קוראים?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ספר  ·  ספרייה  ·  לקרוא  ·  נייר  ·  מסך  ·  לבחור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אומרים שבני נוער לא קוראים. אבל בספרייה של החטיבה יש תור בהפסקה.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בני נוער אוהבים ספרי פנטזיה, ספרי מתח, וספרים עם ציורים – רומן גרפי.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מה מפריע? הטלפון מצפצף, והם עייפים אחרי יום ארוך. קשה להתרכז בטקסט ארוך.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בספר מנייר קל לחזור אחורה. במסך אפשר להגדיל אותיות ולחפש מילה. העיקר – לקרוא.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בחטיבה קוראים עשר דקות בשקט בכל יום שלישי. דביר משאיר את הטלפון בחדר אחר כשהוא קורא.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ז'אנר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סוג של ספר או סיפור (מתח, פנטזיה…)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רומן גרפי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ספר שבו הסיפור מסופר בציורים ובבועות דיבור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מזלזלים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חושבים שמשהו לא חשוב או לא שווה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לרפרף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לקרוא מהר ובשטחיות, בלי להתעמק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ספר  ·  ספרייה  ·  לקרוא  ·  נייר  ·  מסך  ·  לבחור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איפה יש תור בהפסקה?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במגרש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בכיתה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בספרייה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זה רומן גרפי?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ספר בלי מילים בכלל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ספר עם ציורים ובועות דיבור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ספר על מוזיקה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מפריע לדביר לקרוא?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עושים בבית הספר בכל יום שלישי?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"ספר שאני אוהב/ת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ב_______ מנייר קל לחזור אחורה.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אבל ב_______ של החטיבה יש תור בהפסקה.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העיקר –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ב_______ אפשר להגדיל אותיות ולחפש מילה.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🎙️ "לדבר לתוך מיקרופון ריק": שני מגישים בני 13 ופודקאסט אחד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ראיון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תוכנית  ·  מחקר  ·  תסריט  ·  להקליט  ·  לבדוק  ·  מיקרופון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אביגיל ויואב בכיתה ז׳. הם מגישים תוכנית שמע על 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איך מכינים פרק? קודם קוראים ובודקים עובדות. אחר כך כותבים נקודות. בסוף מקליטים ועורכים.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מה היה קשה? לדבר למיקרופון. הטיפ: לדמיין מאזין אחד ולדבר אליו.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מה הם למדו? אפשר להתווכח ולהישאר חברים. וצריך לבדוק כל עובדה בעוד מקום.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העצות שלהם: לבחור נושא שאוהבים, לא לחכות לציוד יקר, ולבקש רשות לפני שמקליטים מישהו.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תוכנית שמע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תוכנית שמאזינים לה, בלי תמונה (פודקאסט)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מקורות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המקומות שמהם לוקחים מידע (ספר, אתר, מומחה)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תסריט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טקסט שמכינים מראש למה שיגידו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מונוטוני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באותו טון כל הזמן, בלי שינוי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תוכנית  ·  מחקר  ·  תסריט  ·  להקליט  ·  לבדוק  ·  מיקרופון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על מה התוכנית של אביגיל ויואב?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בישול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בעלי חיים מוזרים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עושים לפני שמקליטים?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ישנים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קונים מיקרופון יקר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בודקים עובדות וכותבים נקודות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הטיפ למי שמדבר למיקרופון?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כמה לבבות יש לתמנון?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"אם הייתה לי תוכנית שמע, היא הייתה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מגישים _______ שמע על בעלי חיים מוזרים.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וצריך _______ כל עובדה בעוד מקום.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לדבר ל_______.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🎭 הבמה של רותם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סיפור קצר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דרמה  ·  במה  ·  לכתוב  ·  מגדלור  ·  להקשיב  ·  להצביע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רותם ידעה תשובות, אבל לא הצביעה. בתעודה נכתב: "מומלץ להשתתף יותר".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אמא רשמה אותה לחוג דרמה. במפגש הראשון היא דיברה בשקט, ומישהו צחק.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המדריכה שאלה אם היא אוהבת לכתוב. רותם כתבה סיפור על ילדה ששומרת על מגדלור.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רותם קראה את התפקיד של שומרת המגדלור. כשהיא דיברה כמו הדמות, היא לא פחדה.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בערב ההצגה רותם עלתה לבמה ודיברה בקול ברור. למחרת, בכיתה, היא הרימה יד.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ביישנית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מי שמתביישת ומתקשה לדבר מול אחרים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להצביע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להרים יד בכיתה כדי לדבר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הרימה גבה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הראתה הפתעה או ספק בפנים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קידה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תנועה של הורדת הראש והגוף לפני קהל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דרמה  ·  במה  ·  לכתוב  ·  מגדלור  ·  להקשיב  ·  להצביע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רותם לא עשתה בכיתה?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לא כתבה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לא הצביעה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לא הקשיבה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לאיזה חוג רשמה אותה אמא?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שחייה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דרמה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על מה רותם כתבה?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רותם עשתה בסוף הסיפור?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"דבר שאני טוב/ה בו, גם אם אני שקט/ה, הוא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אמא רשמה אותה לחוג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בערב ההצגה רותם עלתה ל_______ ודיברה בקול ברור.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המדריכה שאלה אם היא אוהבת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רותם כתבה סיפור על ילדה ששומרת על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🍊 שש בבוקר בפרדס: יום של קטיף עם כיתה ז׳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קטיף  ·  פרדס  ·  חקלאי  ·  ארגזים  ·  לכבד  ·  עבודה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כיתה ז׳ יצאה להתנדב בקטיף תפוזים. הם יצאו מוקדם בבוקר, והיה קר.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הם למדו בשיעור שחקלאים צריכים עזרה. המחנכת מצאה משק משפחתי.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החקלאי אהרון הסביר כללים: קוטפים רק פרי כתום, מסובבים בעדינות, ושותים מים.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העבודה הייתה קשה. הידיים כאבו. אבל הכיתה מילאה יותר ממאה ארגזים.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רוני כתבה: "האוכל לא מגיע מהסופר. הוא מגיע מאנשים." אהרון שלח לכיתה ארגז תפוזים מתנה.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פרדס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מטע של עצי פרי הדר, כמו תפוזים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משק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חווה, מקום של חקלאות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מזמרה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מספריים מיוחדות לגזירת ענפים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סחרחורת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הרגשה שהכול מסתובב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קטיף  ·  פרדס  ·  חקלאי  ·  ארגזים  ·  לכבד  ·  עבודה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קטפה הכיתה?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ענבים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תפוזים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תפוחי אדמה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איך קוטפים פרי, לפי אהרון?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זורקים לארגז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מושכים חזק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מסובבים בעדינות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שלח אהרון לכיתה?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כתבה רוני?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"בפעם הבאה שאוכל פרי, אחשוב על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כיתה ז׳ יצאה להתנדב ב_______ תפוזים.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אהרון הסביר כללים: קוטפים רק פרי כתום, מסובבים בעדינות, ושותים מים.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אבל הכיתה מילאה יותר ממאה _______.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ה_______ הייתה קשה.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🚀 "כשאגדל אהיה...": החלומות של גיל 13 ומה קורה להם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חלום  ·  מקצוע  ·  משתנה  ·  סקרנות  ·  חוט  ·  לגלות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המחנכת שאלה: "מה תרצו להיות?". התלמידים כתבו תשובות רבות ושונות. שלושה כתבו "אין לי מושג".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רק מעט תלמידים רצו את אותו מקצוע גם בכיתה ג׳. החלומות משתנים.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היועצת אומרת: זה טוב! חלום שמשתנה מראה סקרנות. היא שואלת: "מה אתה אוהב לעשות?".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כדאי לחפש "חוט": דבר שחוזר. למשל – ילדה שתמיד רוצה לטפל באחרים.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מותר להגיד: "אני עוד מגלה". זו תשובה בוגרת.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מגוונות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שונות זו מזו, מכל מיני סוגים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תהפוכות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שינויים גדולים ומהירים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סקרנות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רצון לדעת ולגלות דברים חדשים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חוט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(כאן) דבר שחוזר ומחבר בין דברים שונים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חלום  ·  מקצוע  ·  משתנה  ·  סקרנות  ·  חוט  ·  לגלות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שאלה המחנכת?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איפה גרים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מה תרצו להיות כשתגדלו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מה אכלתם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קורה לחלומות של רוב הילדים?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הם משתנים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הם תמיד אותו דבר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הם נעלמים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זה "חוט", לפי היועצת?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מותר לענות אם לא יודעים?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"אני מרגיש/ה שהזמן טס כש___."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_______ שמשתנה מראה סקרנות.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רק מעט תלמידים רצו את אותו _______ גם בכיתה ג׳.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כדאי לחפש "_______": דבר שחוזר.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🌧️ ענן בחוץ, ענן בפנים? מזג האוויר ומצב הרוח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טקסט מידעי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גשם  ·  אור  ·  שמש  ·  מצב רוח  ·  לזוז  ·  לצאת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בימים גשומים מאיה רוצה להישאר בחדר. גם בכיתה יש יותר פיהוקים.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האור משפיע על השעון של הגוף. בחורף יש פחות אור, וחלק מהאנשים מרגישים עייפים ועצובים יותר.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גם מה שעושים משפיע: בגשם יוצאים פחות וזזים פחות.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לא כולם מרגישים אותו דבר. עידו אוהב גשם ואת הריח של האדמה הרטובה.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מה עוזר? לצאת קצת החוצה, לפתוח וילון, לזוז, ולעשות משהו נעים. אם העצב לא עובר – מדברים עם מבוגר.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להתכרבל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להתכסות ולהתקפל בנוחות, כמו בשמיכה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חסרי מנוחה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לא מצליחים לשבת בשקט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נחשפים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פוגשים, מקבלים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קיצוני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חזק מאוד, יותר מהרגיל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גשם  ·  אור  ·  שמש  ·  מצב רוח  ·  לזוז  ·  לצאת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מאיה רוצה לעשות כשיורד גשם?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לרוץ מרתון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לשחות בים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להישאר בחדר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יש פחות בחורף?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אוויר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אור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מים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מה עידו אוהב בגשם?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כתבו דבר אחד שעוזר ביום אפור.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"ביום גשום אני אוהב/ת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גם מה שעושים משפיע: ב_______ יוצאים פחות וזזים פחות.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ה_______ משפיע על השעון של הגוף.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לצאת קצת החוצה, לפתוח וילון, _______, ולעשות משהו נעים.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🤐 לפני שלוחצים "שלח": על רכילות וקבוצות הודעות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טור דעה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רכילות  ·  מילים  ·  שערים  ·  נכון  ·  נחוץ  ·  טוב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בקבוצות ההודעות מתחילים לפעמים לדבר על ילד או ילדה. תוך דקות כולם יודעים, חוץ ממי שמדברים עליו.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"שמירת הלשון" היא רעיון ישן: להיזהר במה שאומרים על אחרים. סבתא של הכותבת אומרת: למילים יש כנפיים.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מבחן "שלושת השערים": האם זה נכון? האם זה נחוץ? האם זה טוב? אם לא – לא כותבים.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גם מי ששולח רק אימוג'י צוחק משתתף. אבל אדם אחד שכותב "די, זה לא נחמד" יכול לעצור את הכול.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ההצעה: לעצור חמש שניות לפני שכותבים על מישהו, ולא להעביר צילום מסך בלי רשות.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רכילות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דיבור על אנשים כשהם לא שם, בדרך כלל דברים לא נעימים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מסורת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מנהגים ורעיונות שעוברים מדור לדור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צילום מסך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תמונה של מה שרואים על מסך הטלפון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מעד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כמעט נפל, נתקל ברגל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רכילות  ·  מילים  ·  שערים  ·  נכון  ·  נחוץ  ·  טוב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מה זה רכילות?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לדבר על מישהו כשהוא לא שם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ללמוד למבחן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לשחק כדורגל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אומרת סבתא של הכותבת?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מילים לא חשובות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למילים יש רגליים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למילים יש כנפיים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שער אחד מ"שלושת השערים".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מה אפשר לכתוב כדי לעצור רכילות?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"לפני ששולחים הודעה על מישהו, אני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סבתא של הכותבת אומרת: ל_______ יש כנפיים.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2. מבחן "שלושת ה_______": האם זה נכון?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3. האם זה _______?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4. האם זה _______?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3 – מאגר טקסטים לכיתה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